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מזרח אסיה - החומה הסינית ופנדות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של טקסט יומן 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מידע עובדתי על החומה הסינית ועל פנדות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למזרח אסיה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חומה סינית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מגדלים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סיפרה המדריכה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יפן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(מבנה ארוך שנבנה להגנה על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 צעיר קטן ועגול)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עומר מתעורר ומטפס על החומה הסינית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המדריכה מספרת על ההיסטוריה של החומה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עומר מבקר במרכז הפנדות ורואה גור מתגלגל בדשא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 תיאור מקום, פרטים חושיים, סדר כרונולוגי ומשפט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סבירה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להגן על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קטן כמו תפוח, כמעט בלי פרווה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להיעזר במילון המונחים בעת הצורך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ניתן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מזרח אסיה - החומה הסינית ופנדות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מספר על עומר, ילד שמטייל במזרח אסיה וכותב ביומן על החומה הסינית ועל פנדות. בדף הזה נתרגל הבנת הנקרא ואוצר מילים מהיומן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יפן  ·  חומה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עומר טיפס ביום ראשון בבוקר?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חומה סינית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מגדל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יש לאורך החומה הסינית?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מגדלים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חנויות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החומה הסינית נבנתה כדי להגן על הארץ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עומר ראה גור פנדה מתגלגל בדשא כמו כדור פרווה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הבוקר טיפסתי על ה__________ הסינית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מחר עומר טס ל__________ לראות פריחת דובדבן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חומה סינית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דב צעיר קטן ועגול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גור פנדה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מבנה ארוך שנבנה להגנה על הארץ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המדריכה מספרת על ההיסטוריה של החומה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עומר מבקר במרכז הפנדות ורואה גור מתגלגל בדשא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עומר מתעורר ומטפס על החומה הסינית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כותבים יומן מסע ליום ביקור במקום מעניין. תארו מה ראיתם ומה הרגשתם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זכרתם הכי טוב מהסיפור של עומר?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מטרת החומה הסינית?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מזרח אסיה - החומה הסינית ופנדות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