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מזרח אסיה - החומה הסינית ופנדות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של טקסט יומן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עובדתי על החומה הסינית ועל פנדות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למזרח אסיה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חומה סינית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להגן על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אותות עשן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במרכז שמגדל פנדות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ליפן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שהמדרגות היו גבוהות ותלולות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סיפרה המדריכה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גור פנדה נולד קטן כמו תפוח וכמעט בלי פרווה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(מבנה ארוך שנבנה להגנה על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 צעיר קטן ועגול)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שממנו השומרים מביטים למרחוק)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(דרך לשלוח הודעה למרחוק בעבר)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עומר מתעורר ומטפס על החומה הסינית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המדריכה מספרת על ההיסטוריה של החומה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עומר מבקר במרכז הפנדות ורואה גור מתגלגל בדשא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עומר ומשפחתו טסים ליפן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תיאור מקום, פרטים חושיים, סדר כרונולוגי ומשפט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להגן על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 כמו תפוח, כמעט בלי פרווה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להיעזר במילון המונחים בעת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מזרח אסיה - החומה הסינית ופנדות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עומר מטייל בסין. הוא כותב ביומן על חומה גדולה ועל דובי פנדה. נלמד מילים חדשות מהסיפור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חומה סינית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ארוך מאוד שנבנה בסין כדי להגן על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משופעות מאוד, קשות לטיפוס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מגדל שמירה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גבוה שממנו רואים למרחוק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אותות עשן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שנשלחו באש ועשן כדי להעביר הודעה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 פנדה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 פנדה צעיר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שדואג לבעלי חיים במרכז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פריחת הדובדבן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פרחים ורודים שפורחים ביפן באביב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יומית על מה שקורה בטיול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עומר עשה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חומה סינית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בשביל מה בנו את החומה?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להגן על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לקשט את הנוף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לעצור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לגדל פנדות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נמצא לאורך החומה?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השומרים שלחו הודעות?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אותות עשן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היה עומר ביום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במרכז שמגדל פנדות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בגן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בחוף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מדינה טסים מחר?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לקוריאה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לתאילנד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המדרגות בחומה הסינית היו נמוכות וקלות לטיפוס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החומה הסינית נבנתה כדי להגן על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 פנדה נולד גדול וכבד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ראה גור פנדה מתגלגל בדשא כמו כדור פרווה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הבוקר טיפסתי על ה__________ הסינית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המדרגות היו גבוהות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לאורך החומה יש __________ שמהם הביטו השומרים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מחר עומר טס ל__________ לראות פריחת דובדבן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חומה סינית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 צעיר קטן ועגול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גור פנדה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שממנו השומרים מביטים למרחוק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מגדל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דרך לשלוח הודעה למרחוק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אותות עשן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מבנה ארוך שנבנה להגנה על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ומשפחתו טסים ליפן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מתעורר ומטפס על החומה הסינית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המדריכה מספרת על ההיסטוריה של החומה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מבקר במרכז הפנדות ורואה גור מתגלגל בדשא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כותבים יומן מסע ליום ביקור במקום מעניין. תארו מה ראיתם ומה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זכרתם הכי טוב מהסיפור של עומר?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החומה הסינית?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נראה גור פנדה כשהוא נולד?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מזרח אסיה - החומה הסינית ופנדות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