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של טקסט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עובדתי על החומה הסינית ועל פנדות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למזרח אסיה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חומה 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להגן על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אותות 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במרכז שמגדל פנדות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שהמדרגות היו גבוהות ותלולות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סיפרה המדריכה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גור פנדה נולד קטן כמו תפוח וכמעט בלי פרווה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(מבנה ארוך שנבנה להגנה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 צעיר קטן ועגול)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שממנו השומרים מביטים למרחוק)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(דרך לשלוח הודעה למרחוק בעבר)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עומר מתעורר ומטפס על החומה הסינית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מספרת על ההיסטוריה של החומה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עומר מבקר במרכז הפנדות ורואה גור מתגלגל בדשא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 ומשפחתו טסים ליפן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מקום, פרטים חושיים, סדר כרונולוגי ומשפט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להגן על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 כמו תפוח, כמעט בלי פרווה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להיעזר במילון המונחים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עומר, ילד שמטייל במזרח אסיה וכותב ביומן על החומה הסינית ועל פנדות. בדף הזה נתרגל הבנת הנקרא ואוצר מילים מהיומן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עומר טיפס ביום ראשון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חומה סינית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לדברי המדריכה נבנתה החומה הסינית?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להגן על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לקשט את הנוף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לעצור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לגדל פנדות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לאורך החומה הסינית?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שלחו השומרים מהמגדלים?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אותות 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ביקר עומר ביום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שמגדל פנדות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טסים עומר ומשפחתו למחרת?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לקוריאה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לתאילנד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המדרגות בחומה הסינית היו נמוכות וקלות לטיפוס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החומה הסינית נבנתה כדי להגן על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 פנדה נולד גדול וכבד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ראה גור פנדה מתגלגל בדשא כמו כדור פרווה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טיפסתי על ה__________ הסינית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המדרגות היו גבוהות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לאורך החומה יש __________ שמהם הביטו השומרים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מחר עומר טס ל__________ לראות פריחת דובדבן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חומה סינית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לשלוח הודעה למרחוק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גור פנדה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שממנו השומרים מביטים למרחוק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מבנה ארוך שנבנה להגנה על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אותות עשן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 צעיר קטן ועגול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מספרת על ההיסטוריה של החומה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מתעורר ומטפס על החומה הסינית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ומשפחתו טסים ליפן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מבקר במרכז הפנדות ורואה גור מתגלגל בדשא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יומן מסע ליום ביקור במקום מעניין. תארו מה ראיתם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זכרתם הכי טוב מהסיפור של 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החומה הסינית?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נראה גור פנדה כשהוא נולד?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מזרח אסיה - החומה הסינית ופנדות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